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51A52" w14:textId="77777777" w:rsidR="004B4765" w:rsidRPr="00443B2F" w:rsidRDefault="00000000" w:rsidP="00443B2F">
      <w:pPr>
        <w:jc w:val="center"/>
        <w:rPr>
          <w:b/>
          <w:bCs/>
        </w:rPr>
      </w:pPr>
      <w:r w:rsidRPr="00443B2F">
        <w:rPr>
          <w:b/>
          <w:bCs/>
        </w:rPr>
        <w:t>Raspored odvoza otpada za 2026. godinu</w:t>
      </w:r>
    </w:p>
    <w:p w14:paraId="541C7ABC" w14:textId="2DE5E648" w:rsidR="004B4765" w:rsidRPr="00443B2F" w:rsidRDefault="00000000" w:rsidP="00443B2F">
      <w:pPr>
        <w:spacing w:after="0"/>
        <w:jc w:val="both"/>
        <w:rPr>
          <w:sz w:val="20"/>
          <w:szCs w:val="20"/>
        </w:rPr>
      </w:pPr>
      <w:r>
        <w:t xml:space="preserve">U sklopu </w:t>
      </w:r>
      <w:r w:rsidRPr="00443B2F">
        <w:rPr>
          <w:sz w:val="20"/>
          <w:szCs w:val="20"/>
        </w:rPr>
        <w:t xml:space="preserve">javne usluge sakupljanja otpada, </w:t>
      </w:r>
      <w:proofErr w:type="spellStart"/>
      <w:r w:rsidRPr="00443B2F">
        <w:rPr>
          <w:sz w:val="20"/>
          <w:szCs w:val="20"/>
        </w:rPr>
        <w:t>tijekom</w:t>
      </w:r>
      <w:proofErr w:type="spellEnd"/>
      <w:r w:rsidRPr="00443B2F">
        <w:rPr>
          <w:sz w:val="20"/>
          <w:szCs w:val="20"/>
        </w:rPr>
        <w:t xml:space="preserve"> 202</w:t>
      </w:r>
      <w:r w:rsidR="005C4F05">
        <w:rPr>
          <w:sz w:val="20"/>
          <w:szCs w:val="20"/>
        </w:rPr>
        <w:t>6</w:t>
      </w:r>
      <w:r w:rsidRPr="00443B2F">
        <w:rPr>
          <w:sz w:val="20"/>
          <w:szCs w:val="20"/>
        </w:rPr>
        <w:t>. godine davatelj usluge Eko Jankovci d.o.o. pružati će korisnicima</w:t>
      </w:r>
      <w:r w:rsidR="00443B2F" w:rsidRPr="00443B2F">
        <w:rPr>
          <w:sz w:val="20"/>
          <w:szCs w:val="20"/>
        </w:rPr>
        <w:t xml:space="preserve"> </w:t>
      </w:r>
      <w:r w:rsidRPr="00443B2F">
        <w:rPr>
          <w:sz w:val="20"/>
          <w:szCs w:val="20"/>
        </w:rPr>
        <w:t>slijedeće usluge:</w:t>
      </w:r>
    </w:p>
    <w:p w14:paraId="639D52BD" w14:textId="402AE701" w:rsidR="004B4765" w:rsidRPr="00443B2F" w:rsidRDefault="00000000" w:rsidP="00443B2F">
      <w:pPr>
        <w:pStyle w:val="Odlomakpopisa"/>
        <w:numPr>
          <w:ilvl w:val="0"/>
          <w:numId w:val="11"/>
        </w:numPr>
        <w:spacing w:after="0"/>
        <w:jc w:val="both"/>
        <w:rPr>
          <w:sz w:val="20"/>
          <w:szCs w:val="20"/>
        </w:rPr>
      </w:pPr>
      <w:r w:rsidRPr="00443B2F">
        <w:rPr>
          <w:sz w:val="20"/>
          <w:szCs w:val="20"/>
        </w:rPr>
        <w:t>odvoz miješanog komunalnog otpada - jedan puta tjedno isključivo iz čipiranih spremnika Općine Stari Jankovci,</w:t>
      </w:r>
    </w:p>
    <w:p w14:paraId="257C11B3" w14:textId="1289C70F" w:rsidR="004B4765" w:rsidRPr="00443B2F" w:rsidRDefault="00000000" w:rsidP="00443B2F">
      <w:pPr>
        <w:pStyle w:val="Odlomakpopisa"/>
        <w:numPr>
          <w:ilvl w:val="0"/>
          <w:numId w:val="11"/>
        </w:numPr>
        <w:spacing w:after="0"/>
        <w:jc w:val="both"/>
        <w:rPr>
          <w:sz w:val="20"/>
          <w:szCs w:val="20"/>
        </w:rPr>
      </w:pPr>
      <w:r w:rsidRPr="00443B2F">
        <w:rPr>
          <w:sz w:val="20"/>
          <w:szCs w:val="20"/>
        </w:rPr>
        <w:t>odvoz papira — na kućnom pragu korisnika jedan puta mjesečno putem plavih posuda za papir,</w:t>
      </w:r>
    </w:p>
    <w:p w14:paraId="23BFCF3B" w14:textId="60B88854" w:rsidR="004B4765" w:rsidRPr="00443B2F" w:rsidRDefault="00000000" w:rsidP="00443B2F">
      <w:pPr>
        <w:pStyle w:val="Odlomakpopisa"/>
        <w:numPr>
          <w:ilvl w:val="0"/>
          <w:numId w:val="11"/>
        </w:numPr>
        <w:spacing w:after="0"/>
        <w:jc w:val="both"/>
        <w:rPr>
          <w:sz w:val="20"/>
          <w:szCs w:val="20"/>
          <w:lang w:val="nl-NL"/>
        </w:rPr>
      </w:pPr>
      <w:r w:rsidRPr="00443B2F">
        <w:rPr>
          <w:sz w:val="20"/>
          <w:szCs w:val="20"/>
        </w:rPr>
        <w:t xml:space="preserve">odvoz stakla, metala i tekstila - na kućnom pragu korisnika — četiri puta godišnje (kvartalno). </w:t>
      </w:r>
      <w:r w:rsidRPr="00443B2F">
        <w:rPr>
          <w:sz w:val="20"/>
          <w:szCs w:val="20"/>
          <w:lang w:val="nl-NL"/>
        </w:rPr>
        <w:t>Teksti</w:t>
      </w:r>
      <w:r w:rsidR="00443B2F">
        <w:rPr>
          <w:sz w:val="20"/>
          <w:szCs w:val="20"/>
          <w:lang w:val="nl-NL"/>
        </w:rPr>
        <w:t>l</w:t>
      </w:r>
      <w:r w:rsidRPr="00443B2F">
        <w:rPr>
          <w:sz w:val="20"/>
          <w:szCs w:val="20"/>
          <w:lang w:val="nl-NL"/>
        </w:rPr>
        <w:t xml:space="preserve"> i metal putem</w:t>
      </w:r>
    </w:p>
    <w:p w14:paraId="0BE232BD" w14:textId="77777777" w:rsidR="00443B2F" w:rsidRPr="00443B2F" w:rsidRDefault="00000000" w:rsidP="00443B2F">
      <w:pPr>
        <w:pStyle w:val="Odlomakpopisa"/>
        <w:numPr>
          <w:ilvl w:val="0"/>
          <w:numId w:val="11"/>
        </w:numPr>
        <w:spacing w:after="0"/>
        <w:jc w:val="both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vrećica za razvrstavanje, staklo u zelenoj kanti za staklo.</w:t>
      </w:r>
    </w:p>
    <w:p w14:paraId="42E2C5B4" w14:textId="454F3CF4" w:rsidR="004B4765" w:rsidRPr="00443B2F" w:rsidRDefault="00000000" w:rsidP="00443B2F">
      <w:pPr>
        <w:pStyle w:val="Odlomakpopisa"/>
        <w:numPr>
          <w:ilvl w:val="0"/>
          <w:numId w:val="11"/>
        </w:numPr>
        <w:spacing w:after="0"/>
        <w:jc w:val="both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odvoz glomaznog otpada — prema pismenom zahtjevu.</w:t>
      </w:r>
    </w:p>
    <w:p w14:paraId="4E26088B" w14:textId="2FAE73EB" w:rsidR="004B4765" w:rsidRPr="00443B2F" w:rsidRDefault="00000000" w:rsidP="00443B2F">
      <w:pPr>
        <w:spacing w:after="0"/>
        <w:jc w:val="both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Spremnici za otpad ne smiju se držati na javnim površinama, osim na dan odvoza, kada ih je potrebno postaviti uz rub ceste</w:t>
      </w:r>
      <w:r w:rsidR="00443B2F" w:rsidRPr="00443B2F">
        <w:rPr>
          <w:sz w:val="20"/>
          <w:szCs w:val="20"/>
          <w:lang w:val="nl-NL"/>
        </w:rPr>
        <w:t xml:space="preserve"> </w:t>
      </w:r>
      <w:r w:rsidRPr="00443B2F">
        <w:rPr>
          <w:sz w:val="20"/>
          <w:szCs w:val="20"/>
          <w:lang w:val="nl-NL"/>
        </w:rPr>
        <w:t xml:space="preserve">najkasnije do </w:t>
      </w:r>
      <w:r w:rsidRPr="005C4F05">
        <w:rPr>
          <w:b/>
          <w:bCs/>
          <w:sz w:val="20"/>
          <w:szCs w:val="20"/>
          <w:u w:val="single"/>
          <w:lang w:val="nl-NL"/>
        </w:rPr>
        <w:t>7.00 h</w:t>
      </w:r>
      <w:r w:rsidRPr="00443B2F">
        <w:rPr>
          <w:b/>
          <w:bCs/>
          <w:sz w:val="20"/>
          <w:szCs w:val="20"/>
          <w:lang w:val="nl-NL"/>
        </w:rPr>
        <w:t>.</w:t>
      </w:r>
      <w:r w:rsidRPr="00443B2F">
        <w:rPr>
          <w:sz w:val="20"/>
          <w:szCs w:val="20"/>
          <w:lang w:val="nl-NL"/>
        </w:rPr>
        <w:t xml:space="preserve"> Spremnici se ne smiju puniti preko ruba. U slučaju promjene rasporeda odvoza, mještani će biti na vrijeme</w:t>
      </w:r>
    </w:p>
    <w:p w14:paraId="242292D1" w14:textId="77777777" w:rsidR="004B4765" w:rsidRPr="00443B2F" w:rsidRDefault="00000000" w:rsidP="00443B2F">
      <w:pPr>
        <w:spacing w:after="0"/>
        <w:jc w:val="both"/>
        <w:rPr>
          <w:sz w:val="20"/>
          <w:szCs w:val="20"/>
        </w:rPr>
      </w:pPr>
      <w:r w:rsidRPr="00443B2F">
        <w:rPr>
          <w:sz w:val="20"/>
          <w:szCs w:val="20"/>
        </w:rPr>
        <w:t>obaviješteni.</w:t>
      </w:r>
    </w:p>
    <w:p w14:paraId="5D6718FE" w14:textId="52A1B9F0" w:rsidR="004B4765" w:rsidRPr="00443B2F" w:rsidRDefault="00000000" w:rsidP="00443B2F">
      <w:pPr>
        <w:jc w:val="center"/>
        <w:rPr>
          <w:b/>
          <w:bCs/>
        </w:rPr>
      </w:pPr>
      <w:r w:rsidRPr="00443B2F">
        <w:rPr>
          <w:b/>
          <w:bCs/>
        </w:rPr>
        <w:t>Raspored za Stare i Nove Jankovce</w:t>
      </w:r>
    </w:p>
    <w:p w14:paraId="5736A389" w14:textId="77777777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b/>
          <w:bCs/>
          <w:sz w:val="20"/>
          <w:szCs w:val="20"/>
        </w:rPr>
        <w:t>Miješani komunalni otpad</w:t>
      </w:r>
      <w:r w:rsidRPr="00443B2F">
        <w:rPr>
          <w:sz w:val="20"/>
          <w:szCs w:val="20"/>
        </w:rPr>
        <w:t xml:space="preserve"> (zelena kanta za komunalni otpad):</w:t>
      </w:r>
    </w:p>
    <w:p w14:paraId="662CA1BF" w14:textId="77777777" w:rsidR="004B4765" w:rsidRPr="00443B2F" w:rsidRDefault="00000000" w:rsidP="00443B2F">
      <w:pPr>
        <w:spacing w:after="0"/>
        <w:rPr>
          <w:sz w:val="20"/>
          <w:szCs w:val="20"/>
          <w:u w:val="single"/>
        </w:rPr>
      </w:pPr>
      <w:r w:rsidRPr="00443B2F">
        <w:rPr>
          <w:sz w:val="20"/>
          <w:szCs w:val="20"/>
          <w:u w:val="single"/>
        </w:rPr>
        <w:t>Srijedom,</w:t>
      </w:r>
    </w:p>
    <w:p w14:paraId="59461A91" w14:textId="32F5A640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sz w:val="20"/>
          <w:szCs w:val="20"/>
        </w:rPr>
        <w:t xml:space="preserve">osim 6. 8. (umjesto 5. 8. </w:t>
      </w:r>
      <w:r w:rsidR="00443B2F">
        <w:rPr>
          <w:sz w:val="20"/>
          <w:szCs w:val="20"/>
        </w:rPr>
        <w:t>-</w:t>
      </w:r>
      <w:r w:rsidRPr="00443B2F">
        <w:rPr>
          <w:sz w:val="20"/>
          <w:szCs w:val="20"/>
        </w:rPr>
        <w:t xml:space="preserve"> Dan pobjede i domovinske zahvalnosti i Dan hrvatskih branitelja); 19.11. (umjesto 18.11. </w:t>
      </w:r>
      <w:r w:rsidR="00443B2F">
        <w:rPr>
          <w:sz w:val="20"/>
          <w:szCs w:val="20"/>
        </w:rPr>
        <w:t xml:space="preserve">- </w:t>
      </w:r>
      <w:r w:rsidRPr="00443B2F">
        <w:rPr>
          <w:sz w:val="20"/>
          <w:szCs w:val="20"/>
        </w:rPr>
        <w:t>Dan</w:t>
      </w:r>
    </w:p>
    <w:p w14:paraId="71760204" w14:textId="77777777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sz w:val="20"/>
          <w:szCs w:val="20"/>
        </w:rPr>
        <w:t>sjećanja na žrtve Domovinskog rata i Dan sjećanja na žrtvu Vukovara i Škabrnje)</w:t>
      </w:r>
    </w:p>
    <w:p w14:paraId="57384F62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Papir</w:t>
      </w:r>
      <w:r w:rsidRPr="00443B2F">
        <w:rPr>
          <w:sz w:val="20"/>
          <w:szCs w:val="20"/>
          <w:lang w:val="nl-NL"/>
        </w:rPr>
        <w:t xml:space="preserve"> (plava kanta) :</w:t>
      </w:r>
    </w:p>
    <w:p w14:paraId="264A4D3A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29. 1.; 26. 2.; 26. 3.; 30. 4.; 28. 5.; 25. 6.; 30. 7.; 27. 8.; 24. 9.; 29. 10.; 26. 11.; 17. 12.</w:t>
      </w:r>
    </w:p>
    <w:p w14:paraId="0B816FC2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Plastika</w:t>
      </w:r>
      <w:r w:rsidRPr="00443B2F">
        <w:rPr>
          <w:sz w:val="20"/>
          <w:szCs w:val="20"/>
          <w:lang w:val="nl-NL"/>
        </w:rPr>
        <w:t xml:space="preserve"> (žuta kanta - drugi utorak u mjesecu) :</w:t>
      </w:r>
    </w:p>
    <w:p w14:paraId="7FA9161A" w14:textId="376770AE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13. 1.; 10. 2.; 10. 3.; 14. 4; 12. 5.</w:t>
      </w:r>
      <w:r w:rsidR="00443B2F">
        <w:rPr>
          <w:sz w:val="20"/>
          <w:szCs w:val="20"/>
          <w:lang w:val="nl-NL"/>
        </w:rPr>
        <w:t xml:space="preserve">; </w:t>
      </w:r>
      <w:r w:rsidRPr="00443B2F">
        <w:rPr>
          <w:sz w:val="20"/>
          <w:szCs w:val="20"/>
          <w:lang w:val="nl-NL"/>
        </w:rPr>
        <w:t>9</w:t>
      </w:r>
      <w:r w:rsidR="00443B2F">
        <w:rPr>
          <w:sz w:val="20"/>
          <w:szCs w:val="20"/>
          <w:lang w:val="nl-NL"/>
        </w:rPr>
        <w:t xml:space="preserve">. </w:t>
      </w:r>
      <w:r w:rsidRPr="00443B2F">
        <w:rPr>
          <w:sz w:val="20"/>
          <w:szCs w:val="20"/>
          <w:lang w:val="nl-NL"/>
        </w:rPr>
        <w:t>6.; 14. 7.</w:t>
      </w:r>
      <w:r w:rsidR="00443B2F">
        <w:rPr>
          <w:sz w:val="20"/>
          <w:szCs w:val="20"/>
          <w:lang w:val="nl-NL"/>
        </w:rPr>
        <w:t xml:space="preserve">; </w:t>
      </w:r>
      <w:r w:rsidRPr="00443B2F">
        <w:rPr>
          <w:sz w:val="20"/>
          <w:szCs w:val="20"/>
          <w:lang w:val="nl-NL"/>
        </w:rPr>
        <w:t>11.</w:t>
      </w:r>
      <w:r w:rsidR="00443B2F">
        <w:rPr>
          <w:sz w:val="20"/>
          <w:szCs w:val="20"/>
          <w:lang w:val="nl-NL"/>
        </w:rPr>
        <w:t xml:space="preserve"> </w:t>
      </w:r>
      <w:r w:rsidRPr="00443B2F">
        <w:rPr>
          <w:sz w:val="20"/>
          <w:szCs w:val="20"/>
          <w:lang w:val="nl-NL"/>
        </w:rPr>
        <w:t>8.</w:t>
      </w:r>
      <w:r w:rsidR="00443B2F">
        <w:rPr>
          <w:sz w:val="20"/>
          <w:szCs w:val="20"/>
          <w:lang w:val="nl-NL"/>
        </w:rPr>
        <w:t>;</w:t>
      </w:r>
      <w:r w:rsidRPr="00443B2F">
        <w:rPr>
          <w:sz w:val="20"/>
          <w:szCs w:val="20"/>
          <w:lang w:val="nl-NL"/>
        </w:rPr>
        <w:t xml:space="preserve"> 8.</w:t>
      </w:r>
      <w:r w:rsidR="00443B2F">
        <w:rPr>
          <w:sz w:val="20"/>
          <w:szCs w:val="20"/>
          <w:lang w:val="nl-NL"/>
        </w:rPr>
        <w:t xml:space="preserve"> </w:t>
      </w:r>
      <w:r w:rsidRPr="00443B2F">
        <w:rPr>
          <w:sz w:val="20"/>
          <w:szCs w:val="20"/>
          <w:lang w:val="nl-NL"/>
        </w:rPr>
        <w:t>9.; 13.10.; 10. 11.</w:t>
      </w:r>
      <w:r w:rsidR="005C4F05">
        <w:rPr>
          <w:sz w:val="20"/>
          <w:szCs w:val="20"/>
          <w:lang w:val="nl-NL"/>
        </w:rPr>
        <w:t xml:space="preserve">; </w:t>
      </w:r>
      <w:r w:rsidRPr="00443B2F">
        <w:rPr>
          <w:sz w:val="20"/>
          <w:szCs w:val="20"/>
          <w:lang w:val="nl-NL"/>
        </w:rPr>
        <w:t>8. 12.</w:t>
      </w:r>
    </w:p>
    <w:p w14:paraId="14C1DF3B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Tekstil, metal, staklo</w:t>
      </w:r>
      <w:r w:rsidRPr="00443B2F">
        <w:rPr>
          <w:sz w:val="20"/>
          <w:szCs w:val="20"/>
          <w:lang w:val="nl-NL"/>
        </w:rPr>
        <w:t xml:space="preserve"> (metal i tekstil vrećice za razvrstavanje, staklo zelena kanta)</w:t>
      </w:r>
    </w:p>
    <w:p w14:paraId="6C9D909B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19. 3.; 18. 6.; 17. 9.; 10.12.</w:t>
      </w:r>
    </w:p>
    <w:p w14:paraId="73C170A8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Glomazni otpad</w:t>
      </w:r>
      <w:r w:rsidRPr="00443B2F">
        <w:rPr>
          <w:sz w:val="20"/>
          <w:szCs w:val="20"/>
          <w:lang w:val="nl-NL"/>
        </w:rPr>
        <w:t>:</w:t>
      </w:r>
    </w:p>
    <w:p w14:paraId="5F0BE207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Glomazni otpad će se odvoziti prema podnesenom pismenom zahtjevu.</w:t>
      </w:r>
    </w:p>
    <w:p w14:paraId="65EB1044" w14:textId="77777777" w:rsidR="004B4765" w:rsidRPr="00443B2F" w:rsidRDefault="00000000" w:rsidP="00443B2F">
      <w:pPr>
        <w:spacing w:before="240"/>
        <w:jc w:val="center"/>
        <w:rPr>
          <w:b/>
          <w:bCs/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Raspored za Srijemske Laze, Slakovce i Orolik</w:t>
      </w:r>
    </w:p>
    <w:p w14:paraId="05DBE5DC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Miješani komunalni otpad</w:t>
      </w:r>
      <w:r w:rsidRPr="00443B2F">
        <w:rPr>
          <w:sz w:val="20"/>
          <w:szCs w:val="20"/>
          <w:lang w:val="nl-NL"/>
        </w:rPr>
        <w:t xml:space="preserve"> (zelena kanta za komunalni otpad):</w:t>
      </w:r>
    </w:p>
    <w:p w14:paraId="600DE4A3" w14:textId="77777777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sz w:val="20"/>
          <w:szCs w:val="20"/>
          <w:u w:val="single"/>
        </w:rPr>
        <w:t>Petkom</w:t>
      </w:r>
      <w:r w:rsidRPr="00443B2F">
        <w:rPr>
          <w:sz w:val="20"/>
          <w:szCs w:val="20"/>
        </w:rPr>
        <w:t>,</w:t>
      </w:r>
    </w:p>
    <w:p w14:paraId="10093881" w14:textId="77777777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sz w:val="20"/>
          <w:szCs w:val="20"/>
        </w:rPr>
        <w:t>Osim 4. 5. (umjesto 1. 5. — Praznik rada); 28. 12. (umjesto 25. 12. - Božić)</w:t>
      </w:r>
    </w:p>
    <w:p w14:paraId="4CC966EF" w14:textId="77777777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b/>
          <w:bCs/>
          <w:sz w:val="20"/>
          <w:szCs w:val="20"/>
        </w:rPr>
        <w:t>Papir</w:t>
      </w:r>
      <w:r w:rsidRPr="00443B2F">
        <w:rPr>
          <w:sz w:val="20"/>
          <w:szCs w:val="20"/>
        </w:rPr>
        <w:t xml:space="preserve"> (plava kanta ):</w:t>
      </w:r>
    </w:p>
    <w:p w14:paraId="657EAFE5" w14:textId="67C03511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sz w:val="20"/>
          <w:szCs w:val="20"/>
        </w:rPr>
        <w:t>29. 1.; 26. 2.; 26. 3.; 30. 4.; 28. 5.; 25. 6.; 30. 7.; 27. 8.; 24. 9.; 29. 10.; 26. 11.; 17. 12.</w:t>
      </w:r>
    </w:p>
    <w:p w14:paraId="482ED290" w14:textId="77777777" w:rsidR="004B4765" w:rsidRPr="00443B2F" w:rsidRDefault="00000000" w:rsidP="00443B2F">
      <w:pPr>
        <w:spacing w:after="0"/>
        <w:rPr>
          <w:sz w:val="20"/>
          <w:szCs w:val="20"/>
        </w:rPr>
      </w:pPr>
      <w:r w:rsidRPr="00443B2F">
        <w:rPr>
          <w:b/>
          <w:bCs/>
          <w:sz w:val="20"/>
          <w:szCs w:val="20"/>
        </w:rPr>
        <w:t>Plastika</w:t>
      </w:r>
      <w:r w:rsidRPr="00443B2F">
        <w:rPr>
          <w:sz w:val="20"/>
          <w:szCs w:val="20"/>
        </w:rPr>
        <w:t xml:space="preserve"> (žuta kanta - zadnji utorak u mjesecu</w:t>
      </w:r>
      <w:proofErr w:type="gramStart"/>
      <w:r w:rsidRPr="00443B2F">
        <w:rPr>
          <w:sz w:val="20"/>
          <w:szCs w:val="20"/>
        </w:rPr>
        <w:t>) :</w:t>
      </w:r>
      <w:proofErr w:type="gramEnd"/>
    </w:p>
    <w:p w14:paraId="4750A725" w14:textId="1F0EE5AF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27.1</w:t>
      </w:r>
      <w:r w:rsidR="005C4F05">
        <w:rPr>
          <w:sz w:val="20"/>
          <w:szCs w:val="20"/>
          <w:lang w:val="nl-NL"/>
        </w:rPr>
        <w:t xml:space="preserve">.; </w:t>
      </w:r>
      <w:r w:rsidRPr="00443B2F">
        <w:rPr>
          <w:sz w:val="20"/>
          <w:szCs w:val="20"/>
          <w:lang w:val="nl-NL"/>
        </w:rPr>
        <w:t>24.2; 31.3.</w:t>
      </w:r>
      <w:r w:rsidR="005C4F05">
        <w:rPr>
          <w:sz w:val="20"/>
          <w:szCs w:val="20"/>
          <w:lang w:val="nl-NL"/>
        </w:rPr>
        <w:t>;</w:t>
      </w:r>
      <w:r w:rsidRPr="00443B2F">
        <w:rPr>
          <w:sz w:val="20"/>
          <w:szCs w:val="20"/>
          <w:lang w:val="nl-NL"/>
        </w:rPr>
        <w:t xml:space="preserve"> 28. 4.; 26. 5.; 30. 6.; 28. 7.; 25.</w:t>
      </w:r>
      <w:r w:rsidR="005C4F05">
        <w:rPr>
          <w:sz w:val="20"/>
          <w:szCs w:val="20"/>
          <w:lang w:val="nl-NL"/>
        </w:rPr>
        <w:t xml:space="preserve"> </w:t>
      </w:r>
      <w:r w:rsidRPr="00443B2F">
        <w:rPr>
          <w:sz w:val="20"/>
          <w:szCs w:val="20"/>
          <w:lang w:val="nl-NL"/>
        </w:rPr>
        <w:t>8</w:t>
      </w:r>
      <w:r w:rsidR="005C4F05">
        <w:rPr>
          <w:sz w:val="20"/>
          <w:szCs w:val="20"/>
          <w:lang w:val="nl-NL"/>
        </w:rPr>
        <w:t>.</w:t>
      </w:r>
      <w:r w:rsidRPr="00443B2F">
        <w:rPr>
          <w:sz w:val="20"/>
          <w:szCs w:val="20"/>
          <w:lang w:val="nl-NL"/>
        </w:rPr>
        <w:t>; 29. 9.; 27. 10.; 24</w:t>
      </w:r>
      <w:r w:rsidR="005C4F05">
        <w:rPr>
          <w:sz w:val="20"/>
          <w:szCs w:val="20"/>
          <w:lang w:val="nl-NL"/>
        </w:rPr>
        <w:t>.</w:t>
      </w:r>
      <w:r w:rsidRPr="00443B2F">
        <w:rPr>
          <w:sz w:val="20"/>
          <w:szCs w:val="20"/>
          <w:lang w:val="nl-NL"/>
        </w:rPr>
        <w:t xml:space="preserve"> 11.; 29. 12.</w:t>
      </w:r>
    </w:p>
    <w:p w14:paraId="7C28FF32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Tekstil</w:t>
      </w:r>
      <w:r w:rsidRPr="00443B2F">
        <w:rPr>
          <w:sz w:val="20"/>
          <w:szCs w:val="20"/>
          <w:lang w:val="nl-NL"/>
        </w:rPr>
        <w:t>, metal, staklo (metal i tekstil vrećice za razvrstavanje, staklo zelena kanta)</w:t>
      </w:r>
    </w:p>
    <w:p w14:paraId="4BD30950" w14:textId="77777777" w:rsidR="004B4765" w:rsidRPr="00443B2F" w:rsidRDefault="00000000" w:rsidP="00443B2F">
      <w:pPr>
        <w:spacing w:after="0"/>
        <w:rPr>
          <w:sz w:val="20"/>
          <w:szCs w:val="20"/>
          <w:lang w:val="nl-NL"/>
        </w:rPr>
      </w:pPr>
      <w:r w:rsidRPr="00443B2F">
        <w:rPr>
          <w:sz w:val="20"/>
          <w:szCs w:val="20"/>
          <w:lang w:val="nl-NL"/>
        </w:rPr>
        <w:t>19. 3.; 18. 8.; 17. 9.; 10.12.</w:t>
      </w:r>
    </w:p>
    <w:p w14:paraId="7A192E7B" w14:textId="77777777" w:rsidR="004B4765" w:rsidRPr="00443B2F" w:rsidRDefault="00000000" w:rsidP="00443B2F">
      <w:pPr>
        <w:spacing w:after="0"/>
        <w:rPr>
          <w:b/>
          <w:bCs/>
          <w:sz w:val="20"/>
          <w:szCs w:val="20"/>
          <w:lang w:val="nl-NL"/>
        </w:rPr>
      </w:pPr>
      <w:r w:rsidRPr="00443B2F">
        <w:rPr>
          <w:b/>
          <w:bCs/>
          <w:sz w:val="20"/>
          <w:szCs w:val="20"/>
          <w:lang w:val="nl-NL"/>
        </w:rPr>
        <w:t>Glomazni otpad:</w:t>
      </w:r>
    </w:p>
    <w:p w14:paraId="33191E85" w14:textId="77777777" w:rsidR="004B4765" w:rsidRPr="00443B2F" w:rsidRDefault="00000000" w:rsidP="00443B2F">
      <w:pPr>
        <w:spacing w:after="0"/>
        <w:rPr>
          <w:lang w:val="nl-NL"/>
        </w:rPr>
      </w:pPr>
      <w:r w:rsidRPr="00443B2F">
        <w:rPr>
          <w:sz w:val="20"/>
          <w:szCs w:val="20"/>
          <w:lang w:val="nl-NL"/>
        </w:rPr>
        <w:t>Glomazni otpad</w:t>
      </w:r>
      <w:r w:rsidRPr="00443B2F">
        <w:rPr>
          <w:lang w:val="nl-NL"/>
        </w:rPr>
        <w:t xml:space="preserve"> će se odvoziti prema podnesenom pismenom zahtjevu.</w:t>
      </w:r>
    </w:p>
    <w:sectPr w:rsidR="004B4765" w:rsidRPr="00443B2F" w:rsidSect="00443B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2D56E3"/>
    <w:multiLevelType w:val="hybridMultilevel"/>
    <w:tmpl w:val="052EFA00"/>
    <w:lvl w:ilvl="0" w:tplc="DCE24FD4"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1F372591"/>
    <w:multiLevelType w:val="hybridMultilevel"/>
    <w:tmpl w:val="6E448C1C"/>
    <w:lvl w:ilvl="0" w:tplc="FEB89382"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6AF1933"/>
    <w:multiLevelType w:val="hybridMultilevel"/>
    <w:tmpl w:val="D90E6D92"/>
    <w:lvl w:ilvl="0" w:tplc="FEB8938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907957">
    <w:abstractNumId w:val="8"/>
  </w:num>
  <w:num w:numId="2" w16cid:durableId="1404259243">
    <w:abstractNumId w:val="6"/>
  </w:num>
  <w:num w:numId="3" w16cid:durableId="816652004">
    <w:abstractNumId w:val="5"/>
  </w:num>
  <w:num w:numId="4" w16cid:durableId="1565800225">
    <w:abstractNumId w:val="4"/>
  </w:num>
  <w:num w:numId="5" w16cid:durableId="2022001750">
    <w:abstractNumId w:val="7"/>
  </w:num>
  <w:num w:numId="6" w16cid:durableId="1200629684">
    <w:abstractNumId w:val="3"/>
  </w:num>
  <w:num w:numId="7" w16cid:durableId="494608996">
    <w:abstractNumId w:val="2"/>
  </w:num>
  <w:num w:numId="8" w16cid:durableId="1410421948">
    <w:abstractNumId w:val="1"/>
  </w:num>
  <w:num w:numId="9" w16cid:durableId="1225530556">
    <w:abstractNumId w:val="0"/>
  </w:num>
  <w:num w:numId="10" w16cid:durableId="1093480450">
    <w:abstractNumId w:val="10"/>
  </w:num>
  <w:num w:numId="11" w16cid:durableId="2038121841">
    <w:abstractNumId w:val="11"/>
  </w:num>
  <w:num w:numId="12" w16cid:durableId="20371980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3A41"/>
    <w:rsid w:val="00443B2F"/>
    <w:rsid w:val="004B4765"/>
    <w:rsid w:val="005C4F0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7CB19"/>
  <w14:defaultImageDpi w14:val="300"/>
  <w15:docId w15:val="{1E3F5A2E-A80F-4DA8-949D-FA347056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Centar Opcina</cp:lastModifiedBy>
  <cp:revision>2</cp:revision>
  <dcterms:created xsi:type="dcterms:W3CDTF">2013-12-23T23:15:00Z</dcterms:created>
  <dcterms:modified xsi:type="dcterms:W3CDTF">2026-08-26T11:25:00Z</dcterms:modified>
  <cp:category/>
</cp:coreProperties>
</file>